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🧠 זוגות של טוב – כרטיסים לגזירה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מדפיסים, גוזרים ומשחקים בקבוצות קטנות: מניחים הפוך ומחפשים זוגות.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🌱 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חבר/ה נפל/ה במגרש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עוזרים לקום ושואלים מה שלומו/ה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מישהו/י יושב/ת לבד בהפסקה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מזמינים להצטרף למשחק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לחבר/ה בכיתה אין עיפרון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משאילים עיפרון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📄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יש ניירות על רצפת הכיתה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אוספים וזורקים לפח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השכנים סוחבים שקיות כבדות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מציעים לעזור לסחוב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הגיע/ה תלמיד/ה חדש/ה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מראים לו/ה איפה הכול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העציץ בכיתה התייבש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משקים אותו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🏆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חבר/ה הצליח/ה במשהו קשה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אומרים: ״כל הכבוד!״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📘 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בקבוצת הכיתה צוחקים על מישהו/י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לא מצטרפים ושולחים לו/ה הודעה תומכת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חבר/ה חסר/ה שבוע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שולחים סיכומים ו״חסרת לנו״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אדם מבוגר עולה לאוטובוס מלא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מפנים מקום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חבר/ה לחוץ/ה לפני מבחן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לומדים יחד חצי שעה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סיימנו ארוחה משפחתית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מפנים את השולחן בלי שביקשו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🧑‍🤝‍🧑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מחלקים קבוצות ומישהו/י נשאר/ת בחוץ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קוראים לו/ה להצטרף אלינו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לצוות הניקיון יש המון עבודה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משאירים כיתה נקייה ואומרים תודה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מישהו/י קיבל/ה ציון נמוך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מעודדים: ״יהיו עוד הזדמנויות, אני פה״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🎓 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כולנו אחראים זה לזה – הקושי של אחד/ת הוא עניין של כולם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נתינה של זמן וכישורים מבחירה, בלי תמורה כספית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אזרחות פעילה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מעורבות בקהילה כדי להשפיע ולשפר – לא רק לצפות מהצד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אפקט הצופה מהצד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כשרבים רואים מצוקה, כל אחד/ת מחכה שמישהו/י אחר/ת יפעל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אפקט האדווה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מעשה טוב אחד מעורר עוד מעשים טובים אצל אחרים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דואגים שכל אדם יוכל להגיע ולהשתתף – בלי מחסומים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מנהיגות משרתת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מובילים מתוך דאגה לצורכי הקבוצה, לא למען כבוד אישי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🔄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קיימות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2"/>
                <w:rtl/>
                <w:szCs w:val="22"/>
              </w:rPr>
              <w:t>דואגים לצורכי היום בלי לפגוע בדורות הבאים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🟢 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עֶזְרָה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🙏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תּוֹדָה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😊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חִיּוּךְ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👋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שָׁלוֹם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🧹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לְנַקּוֹת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👂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לְהַקְשִׁיב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🎁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לָתֵת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80"/>
                <w:rtl/>
                <w:szCs w:val="80"/>
              </w:rPr>
              <w:t>⚽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40"/>
                <w:rtl/>
                <w:szCs w:val="40"/>
                <w:bCs/>
              </w:rPr>
              <w:t>לְשַׂחֵק יַחַד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0"/>
          <w:rtl/>
          <w:szCs w:val="30"/>
          <w:bCs/>
        </w:rPr>
        <w:t>⭐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עוזרים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עוזרים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מחייכים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מחייכים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תודה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תודה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מנקים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מנקים</w:t>
            </w:r>
          </w:p>
        </w:tc>
      </w:tr>
      <w:tr>
        <w:trPr>
          <w:trHeight w:val="2721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משחקים יחד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משחקים יחד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מקשיבים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72"/>
                <w:rtl/>
                <w:szCs w:val="7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מקשיבים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