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19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29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״תּוֹדָה״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30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עִפָּרוֹן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מַיִם לַצִּפּוֹרִים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31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הִשְׁקֵיתִי עָצִיץ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לִמַּדְתִּי מִלָּה בַּשָּׂפָה שֶׁלִּי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הִקְשַׁבְתִּי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הִזְמַנְתִּי לְשַׂחֵק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פָּתַחְתִּי דֶּלֶת לְמִישֶׁהוּ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שָׁאַלְתִּי ״מָה שְׁלוֹמְךָ / שְׁלוֹמֵךְ?״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בִּינְגּוֹ מַעֲשִׂים טוֹבִים · 🟢 עולים · לוח מס׳ 32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שֵׁם: ______________   מְסַמְּנִים מָה עָשִׂיתִי. שׁוּרָה = בִּינְגּוֹ!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נָתַתִּי מַתָּנָה קְטַנָּה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נִקִּיתִי אֶת הַכִּתָּה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מִלָּה טוֹבָה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סָגַרְתִּי אֶת הַבֶּרֶז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כִּבִּיתִי אֶת הָאוֹר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״כׇּל הַכָּבוֹד!״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לְמִישֶׁהוּ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זָרַקְתִּי לַפַּח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שִׁתַּפְתִּי מִשְׂחָק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בְּשִׁעוּרֵי בַּיִת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הֶחֱזַרְתִּי חֵפֶץ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אָמַרְתִּי ״בֹּקֶר טוֹב״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עָשִׂיתִי שָׁלוֹם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כָּתַבְתִּי פֶּתֶק יָפֶה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לַשְּׁכֵנִים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עָזַרְתִּי בַּבַּיִת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