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19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23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24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25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26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27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28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זורקים לפח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29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עוזרים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👂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מקשיבים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30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</w:tr>
    </w:tbl>
    <w:p>
      <w:pPr>
        <w:bidi/>
        <w:spacing w:after="80"/>
        <w:jc w:val="right"/>
      </w:pP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31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🧸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משתפים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💌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נותנים ציור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⚽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משחקים יחד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מחזיקים דלת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✏️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משאילים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😊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מחייכים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40"/>
        <w:jc w:val="right"/>
      </w:pPr>
      <w:r>
        <w:rPr>
          <w:rFonts w:ascii="Arial" w:hAnsi="Arial" w:cs="Arial"/>
          <w:b/>
          <w:color w:val="C2412F"/>
          <w:sz w:val="30"/>
          <w:rtl/>
          <w:szCs w:val="30"/>
          <w:bCs/>
        </w:rPr>
        <w:t>🎯 בינגו עושים טוב · ⭐ חנ״מ · לוח מס׳ 32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2E1F2A"/>
          <w:sz w:val="20"/>
          <w:rtl/>
          <w:szCs w:val="20"/>
        </w:rPr>
        <w:t>שם: ______________   צובעים תמונה של מה שעשיתי 💛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💡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מכבים אור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תודה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שלום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סוגרים ברז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🧹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מנקים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אומרים כל הכבוד</w:t>
            </w:r>
          </w:p>
        </w:tc>
      </w:tr>
      <w:tr>
        <w:trPr>
          <w:trHeight w:val="1928"/>
        </w:trP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🤗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שואלים מה שלומך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משקים עציץ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56"/>
                <w:rtl/>
                <w:szCs w:val="56"/>
              </w:rPr>
              <w:t>🎒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2E1F2A"/>
                <w:sz w:val="32"/>
                <w:rtl/>
                <w:szCs w:val="32"/>
              </w:rPr>
              <w:t>מסדרים</w:t>
            </w:r>
          </w:p>
        </w:tc>
      </w:tr>
    </w:tbl>
    <w:p>
      <w:pPr>
        <w:bidi/>
        <w:spacing w:after="80"/>
        <w:jc w:val="right"/>
      </w:pPr>
    </w:p>
    <w:p>
      <w:pPr>
        <w:bidi/>
        <w:spacing w:after="80" w:before="200"/>
        <w:jc w:val="right"/>
      </w:pPr>
      <w:r>
        <w:drawing>
          <wp:inline xmlns:a="http://schemas.openxmlformats.org/drawingml/2006/main" xmlns:pic="http://schemas.openxmlformats.org/drawingml/2006/picture">
            <wp:extent cx="288000" cy="2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288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E1F2A"/>
          <w:sz w:val="20"/>
          <w:rtl/>
          <w:szCs w:val="20"/>
          <w:bCs/>
        </w:rPr>
        <w:t xml:space="preserve">  יצרה: רוית ראש בן ישי · 💛 מעשה קטן, לב גדול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